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0" w:lineRule="exact" w:before="0" w:after="0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13366750" cy="19202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66750" cy="192024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21369" w:h="30240"/>
      <w:pgMar w:top="0" w:right="0" w:bottom="0" w:left="0" w:header="720" w:footer="720" w:gutter="0"/>
      <w:cols w:space="720" w:num="1" w:equalWidth="0">
        <w:col w:w="21370" w:space="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